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bidi w:val="1"/>
      </w:pPr>
      <w:r>
        <w:t>خمس خطوات للتحقق من إجابة الذكاء الاصطناعي</w:t>
      </w:r>
    </w:p>
    <w:p>
      <w:pPr>
        <w:bidi w:val="1"/>
      </w:pPr>
      <w:r>
        <w:t>الهدف: تحويل الإجابة إلى ادعاءات قابلة للفحص. الزمن المقترح: 20 دقيقة. تحتاج إلى النص ومصدر أولي مناسب؛ يمكن استخدام كتاب موثوق بدل الإنترنت.</w:t>
      </w:r>
    </w:p>
    <w:p>
      <w:pPr>
        <w:bidi w:val="1"/>
      </w:pPr>
      <w:r>
        <w:t>1. افصل الادعاءات: ضع خطًا تحت الأسماء والتواريخ والأرقام والعلاقات السببية. افصل بينها وبين الرأي والاقتراح.</w:t>
      </w:r>
    </w:p>
    <w:p>
      <w:pPr>
        <w:bidi w:val="1"/>
      </w:pPr>
      <w:r>
        <w:t>2. اطلب المصدر ثم افتحه: عنوان كتاب أو رابط يبدو صحيحًا لا يثبت وجوده. ابحث عن الوثيقة الفعلية وتأكد من أنها تسند الادعاء نفسه.</w:t>
      </w:r>
    </w:p>
    <w:p>
      <w:pPr>
        <w:bidi w:val="1"/>
      </w:pPr>
      <w:r>
        <w:t>3. راجع السياق: هل التاريخ مناسب؟ هل تشمل النتيجة البلد والفئة المقصودة؟ هل نُقل رقم من تجربة صغيرة إلى جميع الناس؟</w:t>
      </w:r>
    </w:p>
    <w:p>
      <w:pPr>
        <w:bidi w:val="1"/>
      </w:pPr>
      <w:r>
        <w:t>4. قارن وصحّح: استخدم مصدرًا مستقلًا عند الحاجة. سجّل الاختلاف بدل انتقاء ما يؤيد رغبتك. إذا لم تجد سندًا كافيًا، ضع «غير متحقق» واحذف الجزم.</w:t>
      </w:r>
    </w:p>
    <w:p>
      <w:pPr>
        <w:bidi w:val="1"/>
      </w:pPr>
      <w:r>
        <w:t>5. قرر الاستخدام: انشر المعلومة المتحققة بصياغة دقيقة ومصدرها. اطلب مراجعة مختص للمعلومات التي تؤثر في صحة الناس أو حقوقهم أو أموالهم.</w:t>
      </w:r>
    </w:p>
    <w:p>
      <w:pPr>
        <w:bidi w:val="1"/>
      </w:pPr>
      <w:r>
        <w:t>مثال اصطناعي: قالت إجابة «كل النباتات تحتاج لتر ماء يوميًا». المشكلة: تعميم وكمية بلا سياق. المطلوب فحص نوع النبات والتربة والطقس. التصحيح الإرشادي: «تختلف الحاجة إلى الماء بحسب النبات والظروف؛ راجع إرشادًا مناسبًا قبل تحديد الكمية». هذا المثال للتدريب وليس إرشاد ري.</w:t>
      </w:r>
    </w:p>
    <w:p>
      <w:pPr>
        <w:bidi w:val="1"/>
      </w:pPr>
      <w:r>
        <w:t>جدول العمل: الادعاء: ______. المصدر: ______. ماذا يقول فعلًا؟ ______. التاريخ والسياق: ______. النتيجة: متحقق / مختلف عليه / غير متحقق. الصياغة المصححة: ______.</w:t>
      </w:r>
    </w:p>
    <w:p>
      <w:pPr>
        <w:bidi w:val="1"/>
      </w:pPr>
      <w:r>
        <w:t>تقييم من 0 إلى 2 لكل معيار: تحديد الادعاء، فحص المصدر، مراجعة السياق، بيان الشك، تصحيح الصياغة. المجموع 10؛ هذا تقييم أداء للتمرين وليس شهادة اعتماد.</w:t>
      </w:r>
    </w:p>
    <w:p>
      <w:pPr>
        <w:bidi w:val="1"/>
      </w:pPr>
      <w:r>
        <w:t>بديل دون اتصال: قارن الإجابة بنص كتاب أو وثيقة مطبوعة واذكر حدود المصدر وتاريخه. لا تعتبر غياب مصدر على الإنترنت إثباتًا بأن الادعاء كاذب؛ قد يكون غير محسوم.</w:t>
      </w:r>
    </w:p>
    <w:p>
      <w:pPr>
        <w:bidi w:val="1"/>
      </w:pPr>
      <w:r>
        <w:t>تطبيق من توجهنا: إذا زعمت إجابة أن صور دير الكهف تثبت استعادة النباتات، ارجع إلى توثيق المشروع؛ الصور توثق تقييمًا وقياسًا أوليين. صحّح العبارة إلى «مسار مقترح لاستعادة الغطاء بعد الدراسة»، ولا تخلط الصورة بدليل أثر.</w:t>
      </w:r>
    </w:p>
    <w:p>
      <w:pPr>
        <w:bidi w:val="1"/>
      </w:pPr>
      <w:r>
        <w:t>الذكاء الاصطناعي الإنساني — DJAIRI. إصدار 1.1. تعليم ومراجعة بشرية؛ لم يختبر ميدانيًا مع جمهور.</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