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7777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jairi-approv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777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Five Steps to Check an AI Answer</w:t>
      </w:r>
    </w:p>
    <w:p>
      <w:r>
        <w:t>Goal: turn an answer into claims you can check. Suggested time: 20 minutes. Use the answer and an appropriate primary source; a reliable book can replace online research.</w:t>
      </w:r>
    </w:p>
    <w:p>
      <w:r>
        <w:t>1. Separate the claims. Mark names, dates, numbers and causal statements. Distinguish them from opinions and suggestions.</w:t>
      </w:r>
    </w:p>
    <w:p>
      <w:r>
        <w:t>2. Request and open the source. A plausible title or link does not prove that a source exists. Find the actual document and check that it supports the specific claim.</w:t>
      </w:r>
    </w:p>
    <w:p>
      <w:r>
        <w:t>3. Check context. Is the date relevant? Does the result apply to the country and audience? Has a small study been generalized to everyone?</w:t>
      </w:r>
    </w:p>
    <w:p>
      <w:r>
        <w:t>4. Compare and correct. Use an independent source when useful. Record disagreement rather than selecting only supportive evidence. Label unsupported statements “unverified” and remove unwarranted certainty.</w:t>
      </w:r>
    </w:p>
    <w:p>
      <w:r>
        <w:t>5. Decide how to use it. Share verified information with precise wording and its source. Obtain appropriate expert review for information affecting health, rights or finances.</w:t>
      </w:r>
    </w:p>
    <w:p>
      <w:r>
        <w:t>Fictional example: an answer says “Every plant needs one litre of water daily.” It presents a universal quantity without context. Check species, soil and weather. A revised statement: “Water requirements vary by plant and conditions; consult relevant guidance before choosing an amount.” This is a verification exercise, not irrigation advice.</w:t>
      </w:r>
    </w:p>
    <w:p>
      <w:r>
        <w:t>Worksheet: Claim: ______. Source: ______. What does it actually say? ______. Date and context: ______. Result: verified / disputed / unverified. Revised wording: ______.</w:t>
      </w:r>
    </w:p>
    <w:p>
      <w:r>
        <w:t>Score 0–2 for each: identifying the claim, checking the source, reviewing context, stating uncertainty and correcting wording. Total: 10. This measures the exercise, not an accredited qualification.</w:t>
      </w:r>
    </w:p>
    <w:p>
      <w:r>
        <w:t>Offline alternative: compare with a printed book or document and state its date and limits. Failure to find an online source does not itself prove a claim false; it may remain unresolved.</w:t>
      </w:r>
    </w:p>
    <w:p>
      <w:r>
        <w:t>Application from our direction: if an answer claims Deir Al-Kahf photographs prove vegetation recovery, consult the project record. They show preliminary assessment and measurement. Revise to “a proposed restoration pathway subject to study,” separating a photograph from measured impact.</w:t>
      </w:r>
    </w:p>
    <w:p>
      <w:r>
        <w:t>Human-Centered AI — DJAIRI. Version 1.1. Educational resource with human review; not field-tested with learners.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