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20000" cy="7777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jairi-approv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77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bidi w:val="1"/>
      </w:pPr>
      <w:r>
        <w:t>نشاط صفي: اكتشف الخطأ وصحّح الإجابة</w:t>
      </w:r>
    </w:p>
    <w:p>
      <w:pPr>
        <w:bidi w:val="1"/>
      </w:pPr>
      <w:r>
        <w:t>الجمهور: المرحلة المتوسطة فما فوق مع تكييف المعلم. الهدف: التمييز بين الحقيقة والرأي والتعميم، وتحسين إجابة بأدلة. الزمن المقترح 25 دقيقة. المواد: النص أدناه وورقة وقلم؛ لا يحتاج النشاط حسابًا أو أداة خارجية.</w:t>
      </w:r>
    </w:p>
    <w:p>
      <w:pPr>
        <w:bidi w:val="1"/>
      </w:pPr>
      <w:r>
        <w:t>نص الطالب — مثال اصطناعي متعمد الأخطاء: «كل مدينة فيها أشجار لا تعاني من الحرارة. اللون الأخضر هو أجمل لون. لذلك فإن زرع شجرة واحدة أمام كل منزل يحل جميع مشكلات المناخ». لا تستخدم النص بوصفه معلومة علمية.</w:t>
      </w:r>
    </w:p>
    <w:p>
      <w:pPr>
        <w:bidi w:val="1"/>
      </w:pPr>
      <w:r>
        <w:t>مهمة 1: صنّف كل جملة إلى ادعاء قابل للتحقق أو رأي أو تعميم يحتاج تقييدًا. ضع دائرة حول «كل» و«جميع» وفسّر أثرهما.</w:t>
      </w:r>
    </w:p>
    <w:p>
      <w:pPr>
        <w:bidi w:val="1"/>
      </w:pPr>
      <w:r>
        <w:t>مهمة 2: اكتب سؤالين تبحث بهما عن الدليل، مثل: ما العوامل الأخرى التي تؤثر في حرارة المدن؟ ماذا تقيس الدراسة وكيف؟</w:t>
      </w:r>
    </w:p>
    <w:p>
      <w:pPr>
        <w:bidi w:val="1"/>
      </w:pPr>
      <w:r>
        <w:t>مهمة 3: أعد كتابة النص في فقرتين قصيرتين، إحداهما تبين ما يحتاج دليلًا، والأخرى تذكر حدود ما تستطيع الجزم به. لا تختلق نسبة أو دراسة.</w:t>
      </w:r>
    </w:p>
    <w:p>
      <w:pPr>
        <w:bidi w:val="1"/>
      </w:pPr>
      <w:r>
        <w:t>مهمة 4: تبادل الورقة مع زميل. ضع ملاحظة على عبارة دقيقة وملاحظة على ادعاء ما زال يحتاج مصدرًا.</w:t>
      </w:r>
    </w:p>
    <w:p>
      <w:pPr>
        <w:bidi w:val="1"/>
      </w:pPr>
      <w:r>
        <w:t>دليل المعلم: ابدأ بقراءة مشتركة، ثم 7 دقائق للتصنيف و8 دقائق لإعادة الكتابة و5 دقائق للمراجعة. استخدم وثيقة تعليمية موثوقة عن المدن والمناخ إذا أردت إضافة حقائق. دون مصدر، يكتفي الطالب بتحديد ما يلزم التحقق منه.</w:t>
      </w:r>
    </w:p>
    <w:p>
      <w:pPr>
        <w:bidi w:val="1"/>
      </w:pPr>
      <w:r>
        <w:t>إجابة إرشادية: جملة اللون رأي. الجملتان الأخريان تعميمان غير مسندين. صياغة مناسبة: «يحتاج أثر الأشجار في حرارة مدينة إلى دليل يراعي الموقع والظروف. لا يكفي هذا النص للقول إن إجراء واحدًا يحل جميع مشكلات المناخ». تقبل صياغات مختلفة تحافظ على الحدود.</w:t>
      </w:r>
    </w:p>
    <w:p>
      <w:pPr>
        <w:bidi w:val="1"/>
      </w:pPr>
      <w:r>
        <w:t>التقييم: 0–2 للتصنيف، و0–2 للسؤال، و0–2 لتجنب الجزم، و0–2 للصياغة، و0–2 لمراجعة الزميل. لا تقيم الطالب على تأييد رأي محدد.</w:t>
      </w:r>
    </w:p>
    <w:p>
      <w:pPr>
        <w:bidi w:val="1"/>
      </w:pPr>
      <w:r>
        <w:t>التكييف: اقرأ النص شفهيًا مع إتاحة نسخة مكتوبة وخط أكبر، أو قسّم المهمة إلى جملة واحدة. لا تجمع أسماء الطلاب أو أوراقهم عبر الموقع.</w:t>
      </w:r>
    </w:p>
    <w:p>
      <w:pPr>
        <w:bidi w:val="1"/>
      </w:pPr>
      <w:r>
        <w:t>امتداد الماء والنبات: أعطِ الطلاب عبارتين اصطناعيتين «الصورة دليل قياس» و«الصورة توثيق يحتاج قياسًا». ليكتبوا ما يثبت كل عبارة. لا تطلب أسماء طلاب أو صورهم ولا توجه الأطفال إلى مواقع مائية خطرة.</w:t>
      </w:r>
    </w:p>
    <w:p>
      <w:pPr>
        <w:bidi w:val="1"/>
      </w:pPr>
      <w:r>
        <w:t>الذكاء الاصطناعي الإنساني — DJAIRI. إصدار 1.1. تعليم ومراجعة بشرية؛ لم يختبر ميدانيًا مع جمهور.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